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🧿 Deep Dive</w:t>
      </w:r>
    </w:p>
    <w:p>
      <w:pPr>
        <w:spacing w:after="160"/>
        <w:jc w:val="center"/>
      </w:pPr>
      <w:r>
        <w:rPr>
          <w:color w:val="7A7F77"/>
          <w:sz w:val="20"/>
        </w:rPr>
        <w:t>20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A longer exploration of a single topic, feeling, or event that's on your mind.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What's on my mind?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Why does this matter to 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What emotions come up when I think about this?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What would I tell a friend in this situation?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What's one small step I can take?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